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מילות קישור לפי המשמעות שלהן (סיבה, ניגוד, מטרה ותנאי)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קישור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מכיוון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אף על פי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'כי' מסבירה את הסיבה לדבר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'אבל' מבטאת ניגוד, לא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קישור מחברת בין חלקי משפט, לא רק שמות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'במידה ו' מציגה תנאי לקרות 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המילים מסבירות בשביל מה עושים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מפני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מילת קישור ליחס שהיא מבטאת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חלקי 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שכל משפט מכיל מילת קישור מתאימה ליחס המבוקש ושהמשפט הגיוני ותקין מבחינה תחבירית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שהפסקה הגיונית, רציפה, ומכילה לפחות שתי מילות קישור מגוונות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כמו: מפני ש, כי, מכיוון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כמו: למרות, אבל, אף על 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המכיל 'אם' או 'במידה 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זיהוי מילות קישור מהלוח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מילות קישור בטקסטים נוספים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חלקי דיבר, ובעיקר מילות קישור המחברות בין משפטים ומביעות יחסים שונים כמו סיבה, ניגוד ומטרה.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היא נשארה בבית מפני שהייתה חולה. איזו מילת קישור מבטאת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על 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למרות שירד גשם, הם יצאו לטייל. איזה יחס מבטא הקישור 'למרות'?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הוא למד הרבה כדי שיצליח במבחן. איזה יחס מבטא הקישור 'כדי 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תתאמן כל יום, תשתפר. איזה יחס מבטא הקישור 'אם'?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מבטאת קשר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מכיוון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מהמילים הבאות מבטאת קשר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על פי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'כי' מבטאת יחס של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'אבל' מבטאת יחס של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תמיד מחברת בין שני שמות עצם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'במידה ו' היא מילת קישור המבטאת תנאי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'למען' ו'כדי ש' מבטאים שניהם יחס של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איחרה לבית הספר __________ התעוררה 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שהיה עייף, הוא המשיך לעבוד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חסכו כסף __________ יוכלו לטייל בחופש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תלמד היטב, תצליח במבחן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לא הגיע לאימון __________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הצליחה __________ התאמצה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מילת קישור ליחס שהיא מבטאת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אף על פי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מכיוון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'הילד הקטן רץ מהר', מהי המילה 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'הילד הקטן רץ מהר', מהי המילה 'קטן'?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עם מילת קישור של סיבה, אחד עם מילת קישור של ניגוד, ואחד עם מילת קישור של מטרה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(3-4 משפטים) המתארת יום בבית הספר, תוך שימוש בלפחות שתי מילות קישור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קישור המבטאת 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המבטאת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קישור של תנאי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ומילות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