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מסע חלקי הדיבר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חלקי הדיבר ומילות קישור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חלקי דיבר שונים במשפט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סוגי מילות קישור לפי המשמעות שלהן (סיבה, ניגוד, מטרה ותנאי)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שימוש נכון במילות קישור בכתיבה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זיהוי סוג הקשר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מפני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ניגוד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מטרה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תנאי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מכיוון 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אף על פי כן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'כי' מסבירה את הסיבה לדבר שקרה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'אבל' מבטאת ניגוד, לא מטרה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מילת קישור מחברת בין חלקי משפט, לא רק שמות עצם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'במידה ו' מציגה תנאי לקרות דבר 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שתי המילים מסבירות בשביל מה עושים פעולה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מפני 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למרות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כדי 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כי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מפני 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מילת קישור ליחס שהיא מבטאת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(סיבה)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(ניגוד)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(מטרה)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ו (תנאי)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(ניגוד)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ה (סיבה)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זיהוי חלקי דיבר במשפט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פועל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שם תואר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ילד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לבדוק שכל משפט מכיל מילת קישור מתאימה ליחס המבוקש ושהמשפט הגיוני ותקין מבחינה תחבירית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יש לבדוק שהפסקה הגיונית, רציפה, ומכילה לפחות שתי מילות קישור מגוונות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תשובות כמו: מפני ש, כי, מכיוון 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תשובות כמו: למרות, אבל, אף על פי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משפט הגיוני המכיל 'אם' או 'במידה ו'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במשחק קצר של זיהוי מילות קישור מהלוח לפני תחילת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תלמידים לחפש מילות קישור בטקסטים נוספים מהיומיום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הסעיפים המסומנים ולהתמקד בזיהוי בסיסי בלבד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מסע חלקי הדיבר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חלקי הדיבר ומילות קישור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נלמד לזהות מילים שמחברות בין משפטים. יש מילים שאומרות 'למה' (סיבה), ויש מילים שאומרות 'אבל' (ניגוד).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חלקי הדיבר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הסוגים השונים של מילים בשפה: שם עצם, פועל, שם תואר, מילת קישור ועוד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מילת קישור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שמחברת בין שני חלקים של משפט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קשר סיבה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קשר שמסביר למה קרה משהו, למשל: מפני ש, כי, מכיוון ש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קשר ניגוד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קשר שמראה הבדל או סתירה, למשל: אבל, למרות, אף על פי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קשר מטרה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קשר שמסביר בשביל מה עושים משהו, למשל: כדי ש, למען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קשר תנאי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קשר שמתאר תנאי, למשל: אם, במידה 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שם עצם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שמציינת אדם, חיה, דבר או רעיון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פועל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שמתארת פעולה או מצב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זיהוי סוג הקשר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איזו מילה מסבירה למה היא נשארה בבית?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אף על פי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למרות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מפני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כדי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המילה 'למרות' מראה הבדל או סתירה בין שני חלקי המשפט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ניגוד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מטרה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תנאי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המילה 'כדי ש' מסבירה בשביל מה הוא למד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ניגוד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תנאי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מטרה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זמן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המילה 'אם' מתארת מצב שצריך לקרות קודם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תנאי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ניגוד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השוואה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איזו מילה מסבירה למה משהו קרה?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מכיוון 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אבל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למען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איזו מילה מראה הבדל בין שני דברים?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אף על פי כן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כדי 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'כי' מבטאת יחס של סיבה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'אבל' מבטאת יחס של מטרה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מילת קישור תמיד מחברת בין שני שמות עצם בלבד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'במידה ו' היא מילת קישור המבטאת תנאי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'למען' ו'כדי ש' מבטאים שניהם יחס של מטרה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היא איחרה לבית הספר __________ התעוררה מאוחר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__________ שהיה עייף, הוא המשיך לעבוד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הם חסכו כסף __________ יוכלו לטייל בחופש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__________ תלמד היטב, תצליח במבחן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הוא לא הגיע לאימון __________ היה חולה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היא הצליחה __________ התאמצה מאוד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התאמת מילת קישור ליחס שהיא מבטאת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מפני 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ניגוד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למרות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סיבה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כדי 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ניגוד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מטרה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אף על פי כן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סיבה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מכיוון 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תנאי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זיהוי חלקי דיבר במשפט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איזו מילה מתארת פעולה?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שם עצם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פועל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שם תואר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מילת קישור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איזו מילה מתארת איך הילד נראה?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פועל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שם תואר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שם עצם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מילת יחס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איזו מילה מציינת אדם או דבר?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ילד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קטן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שלושה משפטים: אחד עם מילת קישור של סיבה, אחד עם מילת קישור של ניגוד, ואחד עם מילת קישור של מטרה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פסקה קצרה (3-4 משפטים) המתארת יום בבית הספר, תוך שימוש בלפחות שתי מילות קישור שונות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מילת קישור המבטאת סיבה?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למילת קישור המבטאת ניגוד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משפט אחד עם מילת קישור של תנאי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חלקי הדיבר ומילות קישור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