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חלקי הדיבר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הדיבר ומילות קישור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חלקי דיבר שונים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סוגי מילות קישור לפי המשמעות שלהן (סיבה, ניגוד, מטרה ותנאי)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במילות קישור בכתיבה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סוג 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מפני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ניגוד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מטרה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'כי' מסבירה את הסיבה לדבר שקרה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'אבל' מבטאת ניגוד, לא מטרה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מפני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כדי 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מילת קישור ליחס שהיא מבטאת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(ניגוד)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(מטרה)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(תנאי)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זיהוי חלקי דיבר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שם תואר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שכל משפט מכיל מילת קישור מתאימה ליחס המבוקש ושהמשפט הגיוני ותקין מבחינה תחבירית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תשובות כמו: מפני ש, כי, מכיוון 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תשובות כמו: למרות, אבל, אף על 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הגיוני המכיל 'אם' או 'במידה ו'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במשחק קצר של זיהוי מילות קישור מהלוח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לחפש מילות קישור בטקסטים נוספים מהיומיום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ולהתמקד בזיהוי בסיסי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חלקי הדיבר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הדיבר ומילות קישור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זיהוי חלקי דיבר, ובעיקר מילות קישור המחברות בין משפטים ומביעות יחסים שונים כמו סיבה, ניגוד ומטרה.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מפני ש  ·  למרות  ·  כדי ש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סוג 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היא נשארה בבית מפני שהייתה חולה. איזו מילת קישור מבטאת סיבה?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אף על 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למרות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מפני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למרות שירד גשם, הם יצאו לטייל. איזה יחס מבטא הקישור 'למרות'?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מטרה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הוא למד הרבה כדי שיצליח במבחן. איזה יחס מבטא הקישור 'כדי ש'?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מטרה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'כי' מבטאת יחס של סיבה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'אבל' מבטאת יחס של מטרה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היא איחרה לבית הספר __________ התעוררה מאוחר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__________ שהיה עייף, הוא המשיך לעבוד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הם חסכו כסף __________ יוכלו לטייל בחופש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מילת קישור ליחס שהיא מבטאת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מפני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מטרה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למרות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תנאי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כדי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סיבה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ניגוד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זיהוי חלקי דיבר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במשפט 'הילד הקטן רץ מהר', מהי המילה 'רץ'?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במשפט 'הילד הקטן רץ מהר', מהי המילה 'קטן'?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שם עצם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שלושה משפטים: אחד עם מילת קישור של סיבה, אחד עם מילת קישור של ניגוד, ואחד עם מילת קישור של מטרה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מילת קישור המבטאת סיבה?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למילת קישור המבטאת ניגוד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חלקי הדיבר ומילות קישור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