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תואר, פועל, תואר הפועל, מילת יחס ומילת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תפקיד המילה לפי מקומה והקשרה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הגדרת חלק הדיבר לדוגמה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שם עצם עם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רצתי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תואר הפועל מתאר מתי, איך או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כיתה היא שם עצם, היא מציינת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יחס מראה קשר בין מילים, לא בין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ו החיבור מחברת בין חלקים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לפעמים שם התואר מגיע לפני, תלוי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(אתמול)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(כי)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הגדול נבח. הכלב - שם עצם, הגדול - שם תואר, נבח -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תואר מתאר שם עצם (ילד חכם), תואר הפועל מתאר פעולה (רץ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ו: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זיהה נכון לפחות ארבעה חלקי דיבר שונים במשפט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 מראה קשר (על, עם, ליד), מילת קישור מחברת חלקים (ו, כי, אבל)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 עונה על השאלות איך, מתי, איפה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בדוגמת המשפט מהמשחק ולבקש מהתלמידים לנחש את חלקי הדיבר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להיעזר בשאלות עזר (מה? מי? איך? מתי?) כדי לזהות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ולתת לכל זוג משפט אחר מתוך טקסט מוכר לתיוג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הדיבר במשפט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בוחרים מילה במשפט ואומרים איזה סוג מילה היא. כאן נתרגל את אותו דבר בכתיבה.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אדם, מקום או רעיון, למשל 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שמבטאת פעולה או מצב, למשל ישבתי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איך, מתי או איפה קורה הפעולה, למשל אתמול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מילים ומראה קשר, למשל לְיָדָהּ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משפט, למשל ו, כי, אבל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אתמול?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ישבתי?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במילה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קישור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 עם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מילה שמתארת מישהי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מילה שמחברת בין שני חלקי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מילה שמתארת איך הוא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מילה שמתארת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'אתמול' היא תואר הפועל כי היא מתארת מתי קרתה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'כיתה'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תמיד מחברת בין שני משפטים שלמים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'ו' יכולה לשמש כמילת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מגיע אחרי 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'ישבתי __________ בכיתה' המילה שחסרה היא מילת יחס שמציינת קרבה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במשפט 'אתמול ישבתי בכיתה' מציינת מתי קרתה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'הילד הקטן אכל תפוח' המילה __________ היא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'רציתי לקרוא __________ לא היה זמן' המילה החסרה היא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במשפט 'הוא ישב מתחת לעץ' היא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אתמול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שם עצם אחד, פועל אחד ושם תואר אחד, וסמנו כל מילה בחלק הדיבר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תואר הפועל לבין שם תואר, ותנו דוגמה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ו: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מתוך ספר או שיר שאתם מכירים, וסמנו בו לפחות ארבעה חלקי דיבר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עצם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מזהים תואר הפועל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הדיבר במשפט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