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תואר, פועל, תואר הפועל, מילת יחס ומילת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תפקיד המילה לפי מקומה והקשרה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הגדרת חלק הדיבר לדוגמה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שם עצם עם מילת יחס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תואר הפועל מתאר מתי, איך או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כיתה היא שם עצם, היא מציינת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(ישבתי)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(אתמול)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הכלב הגדול נבח. הכלב - שם עצם, הגדול - שם תואר, נבח -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זיהה נכון לפחות ארבעה חלקי דיבר שונים במשפט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מראה קשר (על, עם, ליד), מילת קישור מחברת חלקים (ו, כי, אבל)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 עונה על השאלות איך, מתי, 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בדוגמת המשפט מהמשחק ולבקש מהתלמידים לנחש את חלקי הדיבר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להיעזר בשאלות עזר (מה? מי? איך? מתי?) כדי לזהות 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ולתת לכל זוג משפט אחר מתוך טקסט מוכר לתיוג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'מתייגים משפט' בוחרים מילה מסומנת במשפט וקובעים לאיזה חלק דיבר היא שייכת. בדף הזה נתרגל את אותם חלקי דיבר: שם עצם, שם תואר, פועל, תואר הפועל, מילת יחס ומילת קישור.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הקטן  ·  לידה  ·  אתמול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א: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'אתמול ישבתי לידה בכיתה' המילה אתמול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'אתמול ישבתי לידה בכיתה' המילה ישבתי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במשפט 'אתמול ישבתי לידה בכיתה' המילה לידה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במשפט 'אתמול ישבתי לידה בכיתה' המילה בכיתה מכילה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מילת קישור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עצם עם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'אתמול' היא תואר הפועל כי היא מתארת מתי קרתה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'כיתה'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ג: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במשפט 'ישבתי __________ בכיתה' המילה שחסרה היא מילת יחס שמציינת קרבה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__________ במשפט 'אתמול ישבתי בכיתה' מציינת מתי קרתה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במשפט 'הילד הקטן אכל תפוח' המילה __________ היא שם תואר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אתמול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ה: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שיש בו שם עצם אחד, פועל אחד ושם תואר אחד, וסמנו כל מילה בחלק הדיבר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ו: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משפט מתוך ספר או שיר שאתם מכירים, וסמנו בו לפחות ארבעה חלקי דיבר שונים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שם עצם 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יחס ולמילת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 במשפט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